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-1286510</wp:posOffset>
            </wp:positionH>
            <wp:positionV relativeFrom="paragraph">
              <wp:posOffset>-519430</wp:posOffset>
            </wp:positionV>
            <wp:extent cx="2094230" cy="1396365"/>
            <wp:effectExtent l="0" t="0" r="0" b="0"/>
            <wp:wrapSquare wrapText="largest"/>
            <wp:docPr id="1" name="Obráze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230" cy="139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32"/>
        </w:rPr>
        <w:t>ZAKÁZKOVÝ LIST – SERVIS VOZIDLA</w:t>
      </w:r>
    </w:p>
    <w:p>
      <w:pPr>
        <w:pStyle w:val="Normal"/>
        <w:rPr/>
      </w:pPr>
      <w:r>
        <w:rPr/>
        <w:t xml:space="preserve"> </w:t>
      </w:r>
    </w:p>
    <w:p>
      <w:pPr>
        <w:pStyle w:val="Heading1"/>
        <w:rPr/>
      </w:pPr>
      <w:r>
        <w:rPr/>
        <w:t>Zákazník</w:t>
      </w:r>
    </w:p>
    <w:p>
      <w:pPr>
        <w:pStyle w:val="Normal"/>
        <w:rPr/>
      </w:pPr>
      <w:r>
        <w:rPr/>
        <w:t>Jméno / Firma: ____________________________</w:t>
      </w:r>
    </w:p>
    <w:p>
      <w:pPr>
        <w:pStyle w:val="Normal"/>
        <w:rPr/>
      </w:pPr>
      <w:r>
        <w:rPr/>
        <w:t>IČ / DIČ: ____________________________</w:t>
      </w:r>
    </w:p>
    <w:p>
      <w:pPr>
        <w:pStyle w:val="Normal"/>
        <w:rPr/>
      </w:pPr>
      <w:r>
        <w:rPr/>
        <w:t>Telefon: ____________________________   Email: ____________________________</w:t>
      </w:r>
    </w:p>
    <w:p>
      <w:pPr>
        <w:pStyle w:val="Heading1"/>
        <w:rPr/>
      </w:pPr>
      <w:r>
        <w:rPr/>
        <w:t>Vozidlo</w:t>
      </w:r>
    </w:p>
    <w:p>
      <w:pPr>
        <w:pStyle w:val="Normal"/>
        <w:rPr/>
      </w:pPr>
      <w:r>
        <w:rPr/>
        <w:t>Značka / Model: ____________________________</w:t>
      </w:r>
    </w:p>
    <w:p>
      <w:pPr>
        <w:pStyle w:val="Normal"/>
        <w:rPr/>
      </w:pPr>
      <w:r>
        <w:rPr/>
        <w:t>VIN: ____________________________   SPZ: ____________________________</w:t>
      </w:r>
    </w:p>
    <w:p>
      <w:pPr>
        <w:pStyle w:val="Normal"/>
        <w:rPr/>
      </w:pPr>
      <w:r>
        <w:rPr/>
        <w:t>Stav km: ____________________________</w:t>
      </w:r>
    </w:p>
    <w:p>
      <w:pPr>
        <w:pStyle w:val="Heading1"/>
        <w:rPr/>
      </w:pPr>
      <w:r>
        <w:rPr/>
        <w:t>Požadované práce</w:t>
      </w:r>
    </w:p>
    <w:p>
      <w:pPr>
        <w:pStyle w:val="Normal"/>
        <w:rPr/>
      </w:pPr>
      <w:r>
        <w:rPr/>
        <w:t xml:space="preserve">☐ </w:t>
      </w:r>
      <w:r>
        <w:rPr/>
        <w:t>Servis / údržba</w:t>
      </w:r>
    </w:p>
    <w:p>
      <w:pPr>
        <w:pStyle w:val="Normal"/>
        <w:rPr/>
      </w:pPr>
      <w:r>
        <w:rPr/>
        <w:t xml:space="preserve">☐ </w:t>
      </w:r>
      <w:r>
        <w:rPr/>
        <w:t>Diagnostika</w:t>
      </w:r>
    </w:p>
    <w:p>
      <w:pPr>
        <w:pStyle w:val="Normal"/>
        <w:rPr/>
      </w:pPr>
      <w:r>
        <w:rPr/>
        <w:t xml:space="preserve">☐ </w:t>
      </w:r>
      <w:r>
        <w:rPr/>
        <w:t>Pneuservis</w:t>
      </w:r>
    </w:p>
    <w:p>
      <w:pPr>
        <w:pStyle w:val="Normal"/>
        <w:rPr/>
      </w:pPr>
      <w:r>
        <w:rPr/>
        <w:t xml:space="preserve">☐ </w:t>
      </w:r>
      <w:r>
        <w:rPr/>
        <w:t>Pojistná událost</w:t>
      </w:r>
    </w:p>
    <w:p>
      <w:pPr>
        <w:pStyle w:val="Normal"/>
        <w:rPr/>
      </w:pPr>
      <w:r>
        <w:rPr/>
        <w:t xml:space="preserve">☐ </w:t>
      </w:r>
      <w:r>
        <w:rPr/>
        <w:t>Jiné: ____________________________</w:t>
      </w:r>
    </w:p>
    <w:p>
      <w:pPr>
        <w:pStyle w:val="Normal"/>
        <w:rPr/>
      </w:pPr>
      <w:r>
        <w:rPr/>
        <w:t>Popis závady / požadavků:</w:t>
      </w:r>
    </w:p>
    <w:p>
      <w:pPr>
        <w:pStyle w:val="Normal"/>
        <w:rPr/>
      </w:pPr>
      <w:r>
        <w:rPr/>
        <w:t>________________________________________________________</w:t>
      </w:r>
    </w:p>
    <w:p>
      <w:pPr>
        <w:pStyle w:val="Normal"/>
        <w:rPr/>
      </w:pPr>
      <w:r>
        <w:rPr/>
        <w:t>________________________________________________________</w:t>
      </w:r>
    </w:p>
    <w:p>
      <w:pPr>
        <w:pStyle w:val="Heading1"/>
        <w:rPr/>
      </w:pPr>
      <w:r>
        <w:rPr/>
        <w:t>Cenový souhlas</w:t>
      </w:r>
    </w:p>
    <w:p>
      <w:pPr>
        <w:pStyle w:val="Normal"/>
        <w:rPr/>
      </w:pPr>
      <w:r>
        <w:rPr/>
        <w:t>Souhlasím s provedením prací do částky: __________________ Kč bez dalšího schválení.</w:t>
      </w:r>
    </w:p>
    <w:p>
      <w:pPr>
        <w:pStyle w:val="Normal"/>
        <w:rPr/>
      </w:pPr>
      <w:r>
        <w:rPr/>
        <w:t>V případě překročení mě kontaktujte.</w:t>
      </w:r>
    </w:p>
    <w:p>
      <w:pPr>
        <w:pStyle w:val="Heading1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3649980</wp:posOffset>
            </wp:positionH>
            <wp:positionV relativeFrom="paragraph">
              <wp:posOffset>-838200</wp:posOffset>
            </wp:positionV>
            <wp:extent cx="2343150" cy="2714625"/>
            <wp:effectExtent l="0" t="0" r="0" b="0"/>
            <wp:wrapSquare wrapText="largest"/>
            <wp:docPr id="2" name="Obráze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71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Stav vozidla při převzetí</w:t>
      </w:r>
    </w:p>
    <w:p>
      <w:pPr>
        <w:pStyle w:val="Normal"/>
        <w:rPr/>
      </w:pPr>
      <w:r>
        <w:rPr/>
        <w:t>Poškození / poznámky: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________________________________________________________</w:t>
      </w:r>
    </w:p>
    <w:p>
      <w:pPr>
        <w:pStyle w:val="Normal"/>
        <w:rPr/>
      </w:pPr>
      <w:r>
        <w:rPr/>
        <w:t>________________________________________________________</w:t>
      </w:r>
    </w:p>
    <w:p>
      <w:pPr>
        <w:pStyle w:val="Heading1"/>
        <w:rPr/>
      </w:pPr>
      <w:r>
        <w:rPr/>
        <w:t>Termíny</w:t>
      </w:r>
    </w:p>
    <w:p>
      <w:pPr>
        <w:pStyle w:val="Normal"/>
        <w:rPr/>
      </w:pPr>
      <w:r>
        <w:rPr/>
        <w:t>Datum převzetí: ____________________________</w:t>
      </w:r>
      <w:r>
        <w:rPr/>
        <w:t>__</w:t>
      </w:r>
    </w:p>
    <w:p>
      <w:pPr>
        <w:pStyle w:val="Normal"/>
        <w:rPr/>
      </w:pPr>
      <w:r>
        <w:rPr/>
        <w:t>Datum</w:t>
      </w:r>
      <w:r>
        <w:rPr/>
        <w:t>dokončení: ____________________________</w:t>
      </w:r>
    </w:p>
    <w:p>
      <w:pPr>
        <w:pStyle w:val="Heading1"/>
        <w:rPr/>
      </w:pPr>
      <w:r>
        <w:rPr/>
        <w:t>Souhlas zákazníka</w:t>
      </w:r>
    </w:p>
    <w:p>
      <w:pPr>
        <w:pStyle w:val="Normal"/>
        <w:rPr/>
      </w:pPr>
      <w:r>
        <w:rPr/>
        <w:t>Souhlasím se zpracováním osobních údajů a provedením výše uvedených prací.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Podpis zákazníka: ____________________________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>Podpis technika: ____________________________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mbria">
    <w:charset w:val="ee"/>
    <w:family w:val="roman"/>
    <w:pitch w:val="variable"/>
  </w:font>
  <w:font w:name="Calibri">
    <w:charset w:val="ee"/>
    <w:family w:val="roman"/>
    <w:pitch w:val="variable"/>
  </w:font>
  <w:font w:name="Courier">
    <w:altName w:val="Courier New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Nadpis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Application>LibreOffice/25.2.7.2$Windows_X86_64 LibreOffice_project/5cbfd1ab6520636bb5f7b99185aa69bd7456825d</Application>
  <AppVersion>15.0000</AppVersion>
  <Pages>2</Pages>
  <Words>102</Words>
  <Characters>1097</Characters>
  <CharactersWithSpaces>1173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cs-CZ</dc:language>
  <cp:lastModifiedBy/>
  <dcterms:modified xsi:type="dcterms:W3CDTF">2026-04-08T09:27:59Z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